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91A7A" w:rsidRPr="008746A3" w:rsidRDefault="00BD3C3F" w:rsidP="00BD3C3F">
      <w:pPr>
        <w:pStyle w:val="Heading1"/>
        <w:tabs>
          <w:tab w:val="center" w:pos="4320"/>
          <w:tab w:val="left" w:pos="748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 w:rsidR="00000000" w:rsidRPr="008746A3">
        <w:rPr>
          <w:rFonts w:ascii="Times New Roman" w:hAnsi="Times New Roman" w:cs="Times New Roman"/>
        </w:rPr>
        <w:t>Formule</w:t>
      </w:r>
      <w:proofErr w:type="spellEnd"/>
      <w:r w:rsidR="00000000" w:rsidRPr="008746A3">
        <w:rPr>
          <w:rFonts w:ascii="Times New Roman" w:hAnsi="Times New Roman" w:cs="Times New Roman"/>
        </w:rPr>
        <w:t xml:space="preserve"> de </w:t>
      </w:r>
      <w:proofErr w:type="spellStart"/>
      <w:r w:rsidR="00000000" w:rsidRPr="008746A3">
        <w:rPr>
          <w:rFonts w:ascii="Times New Roman" w:hAnsi="Times New Roman" w:cs="Times New Roman"/>
        </w:rPr>
        <w:t>Geometrie</w:t>
      </w:r>
      <w:proofErr w:type="spellEnd"/>
      <w:r w:rsidR="00000000" w:rsidRPr="008746A3">
        <w:rPr>
          <w:rFonts w:ascii="Times New Roman" w:hAnsi="Times New Roman" w:cs="Times New Roman"/>
        </w:rPr>
        <w:t xml:space="preserve"> </w:t>
      </w:r>
      <w:r w:rsidR="00234D11" w:rsidRPr="008746A3">
        <w:rPr>
          <w:rFonts w:ascii="Times New Roman" w:hAnsi="Times New Roman" w:cs="Times New Roman"/>
        </w:rPr>
        <w:t>–</w:t>
      </w:r>
      <w:r w:rsidR="00000000" w:rsidRPr="008746A3">
        <w:rPr>
          <w:rFonts w:ascii="Times New Roman" w:hAnsi="Times New Roman" w:cs="Times New Roman"/>
        </w:rPr>
        <w:t xml:space="preserve"> </w:t>
      </w:r>
      <w:proofErr w:type="spellStart"/>
      <w:r w:rsidR="00000000" w:rsidRPr="008746A3">
        <w:rPr>
          <w:rFonts w:ascii="Times New Roman" w:hAnsi="Times New Roman" w:cs="Times New Roman"/>
        </w:rPr>
        <w:t>Gimnaziu</w:t>
      </w:r>
      <w:proofErr w:type="spellEnd"/>
      <w:r>
        <w:rPr>
          <w:rFonts w:ascii="Times New Roman" w:hAnsi="Times New Roman" w:cs="Times New Roman"/>
        </w:rPr>
        <w:tab/>
      </w:r>
    </w:p>
    <w:p w:rsidR="00234D11" w:rsidRDefault="00234D11" w:rsidP="00234D1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recuperarea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pierderilor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în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învățare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sprijinul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elevilor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probleme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de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adaptare</w:t>
      </w:r>
      <w:proofErr w:type="spellEnd"/>
      <w:r w:rsidRPr="008746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6A3">
        <w:rPr>
          <w:rFonts w:ascii="Times New Roman" w:hAnsi="Times New Roman" w:cs="Times New Roman"/>
          <w:b/>
          <w:bCs/>
          <w:sz w:val="28"/>
          <w:szCs w:val="28"/>
        </w:rPr>
        <w:t>curriculară</w:t>
      </w:r>
      <w:proofErr w:type="spellEnd"/>
    </w:p>
    <w:p w:rsidR="008746A3" w:rsidRDefault="008746A3" w:rsidP="00234D1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An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școlar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2024-2025</w:t>
      </w:r>
    </w:p>
    <w:p w:rsidR="008746A3" w:rsidRDefault="008746A3" w:rsidP="00234D1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Prof. Dincă Iulian Viorel</w:t>
      </w:r>
    </w:p>
    <w:p w:rsidR="008746A3" w:rsidRPr="008746A3" w:rsidRDefault="008746A3" w:rsidP="00234D1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Prof. Dincă Gabriela Camelia</w:t>
      </w:r>
    </w:p>
    <w:p w:rsidR="00291A7A" w:rsidRPr="00234D11" w:rsidRDefault="00000000" w:rsidP="00234D11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4D11">
        <w:rPr>
          <w:rFonts w:ascii="Times New Roman" w:hAnsi="Times New Roman" w:cs="Times New Roman"/>
          <w:sz w:val="24"/>
          <w:szCs w:val="24"/>
        </w:rPr>
        <w:t xml:space="preserve">1. Figuri plane </w:t>
      </w:r>
    </w:p>
    <w:p w:rsidR="00291A7A" w:rsidRPr="00234D11" w:rsidRDefault="00000000" w:rsidP="00234D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4D11">
        <w:rPr>
          <w:rFonts w:ascii="Times New Roman" w:hAnsi="Times New Roman" w:cs="Times New Roman"/>
          <w:sz w:val="24"/>
          <w:szCs w:val="24"/>
        </w:rPr>
        <w:br/>
        <w:t>Triunghi: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a + b + c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(b * h) / 2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Teorema lui Pitagora: c² = a² + b² (pentru triunghi dreptunghic)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Pătrat: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4 * l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l²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Dreptunghi: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2 * (L + l)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L * l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Romb: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4 * l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(d₁ * d₂) / 2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Paralelogram: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2 * (a + b)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lastRenderedPageBreak/>
        <w:t xml:space="preserve">  - Arie: A = a * 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Trapez: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Perimetru: P = a + b + c + d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((B + b) * h) / 2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Cerc: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Perimetru (circumferință): C = 2πr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πr²</w:t>
      </w:r>
      <w:r w:rsidRPr="00234D11">
        <w:rPr>
          <w:rFonts w:ascii="Times New Roman" w:hAnsi="Times New Roman" w:cs="Times New Roman"/>
          <w:sz w:val="24"/>
          <w:szCs w:val="24"/>
        </w:rPr>
        <w:br/>
      </w:r>
    </w:p>
    <w:p w:rsidR="00291A7A" w:rsidRPr="00234D11" w:rsidRDefault="00000000" w:rsidP="00234D11">
      <w:pPr>
        <w:pStyle w:val="Heading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4D11">
        <w:rPr>
          <w:rFonts w:ascii="Times New Roman" w:hAnsi="Times New Roman" w:cs="Times New Roman"/>
          <w:sz w:val="24"/>
          <w:szCs w:val="24"/>
        </w:rPr>
        <w:t xml:space="preserve">2. Corpuri geometrice </w:t>
      </w:r>
    </w:p>
    <w:p w:rsidR="00291A7A" w:rsidRPr="00234D11" w:rsidRDefault="00000000" w:rsidP="00234D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4D11">
        <w:rPr>
          <w:rFonts w:ascii="Times New Roman" w:hAnsi="Times New Roman" w:cs="Times New Roman"/>
          <w:sz w:val="24"/>
          <w:szCs w:val="24"/>
        </w:rPr>
        <w:br/>
        <w:t>Cub: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totală: A = 6a²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a³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Paralelipiped dreptunghic: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totală: A = 2(Ll + Lh + lh)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L * l * 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Prismă dreaptă: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laterală: A_L = P_b * h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totală: A_T = 2A_b + A_L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A_b * 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Piramidă: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totală: A_T = A_b + A_l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(A_b * h) / 3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Cilindru: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laterală: A_L = 2πrh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lastRenderedPageBreak/>
        <w:t xml:space="preserve">  - Arie totală: A_T = 2πr(r + h)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πr²h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Con: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 totală: A_T = πr(r + </w:t>
      </w:r>
      <w:r w:rsidR="00234D11" w:rsidRPr="00234D11">
        <w:rPr>
          <w:rFonts w:ascii="Times New Roman" w:hAnsi="Times New Roman" w:cs="Times New Roman"/>
          <w:sz w:val="24"/>
          <w:szCs w:val="24"/>
        </w:rPr>
        <w:t>h</w:t>
      </w:r>
      <w:r w:rsidRPr="00234D11">
        <w:rPr>
          <w:rFonts w:ascii="Times New Roman" w:hAnsi="Times New Roman" w:cs="Times New Roman"/>
          <w:sz w:val="24"/>
          <w:szCs w:val="24"/>
        </w:rPr>
        <w:t>)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</w:t>
      </w:r>
      <w:proofErr w:type="spellStart"/>
      <w:r w:rsidRPr="00234D11">
        <w:rPr>
          <w:rFonts w:ascii="Times New Roman" w:hAnsi="Times New Roman" w:cs="Times New Roman"/>
          <w:sz w:val="24"/>
          <w:szCs w:val="24"/>
        </w:rPr>
        <w:t>Volum</w:t>
      </w:r>
      <w:proofErr w:type="spellEnd"/>
      <w:r w:rsidRPr="00234D11">
        <w:rPr>
          <w:rFonts w:ascii="Times New Roman" w:hAnsi="Times New Roman" w:cs="Times New Roman"/>
          <w:sz w:val="24"/>
          <w:szCs w:val="24"/>
        </w:rPr>
        <w:t>: V = (1/3)πr²h</w:t>
      </w:r>
      <w:r w:rsidRPr="00234D11">
        <w:rPr>
          <w:rFonts w:ascii="Times New Roman" w:hAnsi="Times New Roman" w:cs="Times New Roman"/>
          <w:sz w:val="24"/>
          <w:szCs w:val="24"/>
        </w:rPr>
        <w:br/>
      </w:r>
      <w:r w:rsidRPr="00234D11">
        <w:rPr>
          <w:rFonts w:ascii="Times New Roman" w:hAnsi="Times New Roman" w:cs="Times New Roman"/>
          <w:sz w:val="24"/>
          <w:szCs w:val="24"/>
        </w:rPr>
        <w:br/>
        <w:t>Sferă: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Arie: A = 4πr²</w:t>
      </w:r>
      <w:r w:rsidRPr="00234D11">
        <w:rPr>
          <w:rFonts w:ascii="Times New Roman" w:hAnsi="Times New Roman" w:cs="Times New Roman"/>
          <w:sz w:val="24"/>
          <w:szCs w:val="24"/>
        </w:rPr>
        <w:br/>
        <w:t xml:space="preserve">  - Volum: V = (4/3)πr³</w:t>
      </w:r>
      <w:r w:rsidRPr="00234D11">
        <w:rPr>
          <w:rFonts w:ascii="Times New Roman" w:hAnsi="Times New Roman" w:cs="Times New Roman"/>
          <w:sz w:val="24"/>
          <w:szCs w:val="24"/>
        </w:rPr>
        <w:br/>
      </w:r>
    </w:p>
    <w:sectPr w:rsidR="00291A7A" w:rsidRPr="00234D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990132">
    <w:abstractNumId w:val="8"/>
  </w:num>
  <w:num w:numId="2" w16cid:durableId="491334558">
    <w:abstractNumId w:val="6"/>
  </w:num>
  <w:num w:numId="3" w16cid:durableId="959339227">
    <w:abstractNumId w:val="5"/>
  </w:num>
  <w:num w:numId="4" w16cid:durableId="417989160">
    <w:abstractNumId w:val="4"/>
  </w:num>
  <w:num w:numId="5" w16cid:durableId="1160006421">
    <w:abstractNumId w:val="7"/>
  </w:num>
  <w:num w:numId="6" w16cid:durableId="1103959290">
    <w:abstractNumId w:val="3"/>
  </w:num>
  <w:num w:numId="7" w16cid:durableId="1281960647">
    <w:abstractNumId w:val="2"/>
  </w:num>
  <w:num w:numId="8" w16cid:durableId="798113537">
    <w:abstractNumId w:val="1"/>
  </w:num>
  <w:num w:numId="9" w16cid:durableId="1221092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4D11"/>
    <w:rsid w:val="00291A7A"/>
    <w:rsid w:val="0029639D"/>
    <w:rsid w:val="00326F90"/>
    <w:rsid w:val="00361DA4"/>
    <w:rsid w:val="008746A3"/>
    <w:rsid w:val="00AA1D8D"/>
    <w:rsid w:val="00B47730"/>
    <w:rsid w:val="00BD3C3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DA59AC31-9285-0745-B0D7-AABBD02E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Dinca</cp:lastModifiedBy>
  <cp:revision>3</cp:revision>
  <cp:lastPrinted>2025-05-12T19:34:00Z</cp:lastPrinted>
  <dcterms:created xsi:type="dcterms:W3CDTF">2013-12-23T23:15:00Z</dcterms:created>
  <dcterms:modified xsi:type="dcterms:W3CDTF">2025-05-18T15:14:00Z</dcterms:modified>
  <cp:category/>
</cp:coreProperties>
</file>